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9D335" w14:textId="77777777" w:rsidR="00E82F83" w:rsidRDefault="00E82F83" w:rsidP="00E82F83">
      <w:pPr>
        <w:pStyle w:val="Heading2"/>
      </w:pPr>
      <w:r>
        <w:t>Author Biography</w:t>
      </w:r>
    </w:p>
    <w:p w14:paraId="2F388713" w14:textId="730089A7" w:rsidR="00E82F83" w:rsidRDefault="00E82F83" w:rsidP="00E82F83">
      <w:r>
        <w:t>Hansini Kochhar, M</w:t>
      </w:r>
      <w:r>
        <w:t>BBS, MHA</w:t>
      </w:r>
      <w:r>
        <w:t>, is a psychiatry resident at Maimonides Medical Center with interests in women's mental health, forensic psychiatry, and the intersections of trauma, identity, and culture. She writes essays on psychoanalysis, identity, and South Asian experiences, and is expanding her Substack series, "Obedient Daughters and Moral Masochism," into a book.</w:t>
      </w:r>
    </w:p>
    <w:p w14:paraId="3F7E94E3" w14:textId="7EF9E818" w:rsidR="00820C23" w:rsidRDefault="00820C23"/>
    <w:sectPr w:rsidR="00820C2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48605952">
    <w:abstractNumId w:val="8"/>
  </w:num>
  <w:num w:numId="2" w16cid:durableId="1117991549">
    <w:abstractNumId w:val="6"/>
  </w:num>
  <w:num w:numId="3" w16cid:durableId="947934356">
    <w:abstractNumId w:val="5"/>
  </w:num>
  <w:num w:numId="4" w16cid:durableId="668144960">
    <w:abstractNumId w:val="4"/>
  </w:num>
  <w:num w:numId="5" w16cid:durableId="1873611194">
    <w:abstractNumId w:val="7"/>
  </w:num>
  <w:num w:numId="6" w16cid:durableId="2044477793">
    <w:abstractNumId w:val="3"/>
  </w:num>
  <w:num w:numId="7" w16cid:durableId="405802285">
    <w:abstractNumId w:val="2"/>
  </w:num>
  <w:num w:numId="8" w16cid:durableId="1119683618">
    <w:abstractNumId w:val="1"/>
  </w:num>
  <w:num w:numId="9" w16cid:durableId="44525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01E4"/>
    <w:rsid w:val="0015074B"/>
    <w:rsid w:val="0029639D"/>
    <w:rsid w:val="00326F90"/>
    <w:rsid w:val="00820C23"/>
    <w:rsid w:val="00AA1D8D"/>
    <w:rsid w:val="00B47730"/>
    <w:rsid w:val="00CB0664"/>
    <w:rsid w:val="00E82F8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7FA680"/>
  <w14:defaultImageDpi w14:val="300"/>
  <w15:docId w15:val="{DA6D4368-24F5-FA4A-844A-C5BD5478B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330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Hansini Kochhar</cp:lastModifiedBy>
  <cp:revision>2</cp:revision>
  <dcterms:created xsi:type="dcterms:W3CDTF">2025-09-09T20:37:00Z</dcterms:created>
  <dcterms:modified xsi:type="dcterms:W3CDTF">2025-09-09T20:37:00Z</dcterms:modified>
  <cp:category/>
</cp:coreProperties>
</file>